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5EB94" w14:textId="77777777" w:rsidR="00AF497B" w:rsidRPr="00AF497B" w:rsidRDefault="00AF497B" w:rsidP="00AF497B">
      <w:pPr>
        <w:jc w:val="center"/>
        <w:rPr>
          <w:rFonts w:asciiTheme="majorHAnsi" w:eastAsiaTheme="majorEastAsia" w:hAnsiTheme="majorHAnsi" w:cstheme="majorBidi"/>
          <w:b/>
          <w:bCs/>
          <w:sz w:val="24"/>
          <w:szCs w:val="24"/>
          <w:lang w:val="pl-PL"/>
        </w:rPr>
      </w:pPr>
      <w:r w:rsidRPr="00AF497B">
        <w:rPr>
          <w:rFonts w:asciiTheme="majorHAnsi" w:eastAsiaTheme="majorEastAsia" w:hAnsiTheme="majorHAnsi" w:cstheme="majorBidi"/>
          <w:b/>
          <w:bCs/>
          <w:sz w:val="24"/>
          <w:szCs w:val="24"/>
          <w:lang w:val="pl-PL"/>
        </w:rPr>
        <w:t>DEKLARACJA CZŁONKOWSKA</w:t>
      </w:r>
    </w:p>
    <w:p w14:paraId="728085B1" w14:textId="307FFD0D" w:rsidR="00AF497B" w:rsidRPr="00FE0A53" w:rsidRDefault="00AF497B" w:rsidP="00FE0A53">
      <w:pPr>
        <w:jc w:val="both"/>
        <w:rPr>
          <w:rFonts w:asciiTheme="majorHAnsi" w:eastAsiaTheme="majorEastAsia" w:hAnsiTheme="majorHAnsi" w:cstheme="majorBidi"/>
          <w:sz w:val="24"/>
          <w:szCs w:val="24"/>
          <w:lang w:val="pl-PL"/>
        </w:rPr>
      </w:pPr>
      <w:r w:rsidRPr="00FE0A53">
        <w:rPr>
          <w:rFonts w:asciiTheme="majorHAnsi" w:eastAsiaTheme="majorEastAsia" w:hAnsiTheme="majorHAnsi" w:cstheme="majorBidi"/>
          <w:sz w:val="24"/>
          <w:szCs w:val="24"/>
          <w:lang w:val="pl-PL"/>
        </w:rPr>
        <w:t>Polskie Stowarzyszenie Egzaminatorów Maszyn Roboczych</w:t>
      </w:r>
      <w:r w:rsidRPr="00FE0A53">
        <w:rPr>
          <w:rFonts w:asciiTheme="majorHAnsi" w:eastAsiaTheme="majorEastAsia" w:hAnsiTheme="majorHAnsi" w:cstheme="majorBidi"/>
          <w:sz w:val="24"/>
          <w:szCs w:val="24"/>
          <w:lang w:val="pl-PL"/>
        </w:rPr>
        <w:br/>
        <w:t>KRS: 0001201137 | NIP: 8322101857 | REGON: 543056520</w:t>
      </w:r>
      <w:r w:rsidRPr="00FE0A53">
        <w:rPr>
          <w:rFonts w:asciiTheme="majorHAnsi" w:eastAsiaTheme="majorEastAsia" w:hAnsiTheme="majorHAnsi" w:cstheme="majorBidi"/>
          <w:sz w:val="24"/>
          <w:szCs w:val="24"/>
          <w:lang w:val="pl-PL"/>
        </w:rPr>
        <w:br/>
        <w:t>Siedziba: Wydrzyn 98-310, woj. łódzkie</w:t>
      </w:r>
    </w:p>
    <w:p w14:paraId="5341A237" w14:textId="77777777" w:rsidR="00FE0A53" w:rsidRDefault="00FE0A53" w:rsidP="00AF497B">
      <w:pPr>
        <w:rPr>
          <w:rFonts w:asciiTheme="majorHAnsi" w:eastAsiaTheme="majorEastAsia" w:hAnsiTheme="majorHAnsi" w:cstheme="majorBidi"/>
          <w:sz w:val="20"/>
          <w:szCs w:val="20"/>
          <w:lang w:val="pl-PL"/>
        </w:rPr>
      </w:pPr>
    </w:p>
    <w:p w14:paraId="4795BC87" w14:textId="17F8FF4F" w:rsidR="00AF497B" w:rsidRPr="00AF497B" w:rsidRDefault="00AF497B" w:rsidP="00AF497B">
      <w:pPr>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Ja, niżej podpisany/a:</w:t>
      </w:r>
    </w:p>
    <w:p w14:paraId="566E702B" w14:textId="31857CC8" w:rsidR="00AF497B" w:rsidRPr="00AF497B" w:rsidRDefault="00AF497B" w:rsidP="00AF497B">
      <w:pPr>
        <w:numPr>
          <w:ilvl w:val="0"/>
          <w:numId w:val="10"/>
        </w:numPr>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 xml:space="preserve">Imię i nazwisko: </w:t>
      </w:r>
      <w:r w:rsidR="009B23F1">
        <w:rPr>
          <w:rFonts w:asciiTheme="majorHAnsi" w:eastAsiaTheme="majorEastAsia" w:hAnsiTheme="majorHAnsi" w:cstheme="majorBidi"/>
          <w:sz w:val="20"/>
          <w:szCs w:val="20"/>
          <w:lang w:val="pl-PL"/>
        </w:rPr>
        <w:t>…………………………………………………………………………………………………………………………….</w:t>
      </w:r>
    </w:p>
    <w:p w14:paraId="65D1F564" w14:textId="5C4818B4" w:rsidR="00AF497B" w:rsidRPr="00AF497B" w:rsidRDefault="009B23F1" w:rsidP="00AF497B">
      <w:pPr>
        <w:numPr>
          <w:ilvl w:val="0"/>
          <w:numId w:val="10"/>
        </w:numPr>
        <w:rPr>
          <w:rFonts w:asciiTheme="majorHAnsi" w:eastAsiaTheme="majorEastAsia" w:hAnsiTheme="majorHAnsi" w:cstheme="majorBidi"/>
          <w:sz w:val="20"/>
          <w:szCs w:val="20"/>
          <w:lang w:val="pl-PL"/>
        </w:rPr>
      </w:pPr>
      <w:r>
        <w:rPr>
          <w:rFonts w:asciiTheme="majorHAnsi" w:eastAsiaTheme="majorEastAsia" w:hAnsiTheme="majorHAnsi" w:cstheme="majorBidi"/>
          <w:sz w:val="20"/>
          <w:szCs w:val="20"/>
          <w:lang w:val="pl-PL"/>
        </w:rPr>
        <w:t>Data urodzenia</w:t>
      </w:r>
      <w:r w:rsidR="00AF497B" w:rsidRPr="00AF497B">
        <w:rPr>
          <w:rFonts w:asciiTheme="majorHAnsi" w:eastAsiaTheme="majorEastAsia" w:hAnsiTheme="majorHAnsi" w:cstheme="majorBidi"/>
          <w:sz w:val="20"/>
          <w:szCs w:val="20"/>
          <w:lang w:val="pl-PL"/>
        </w:rPr>
        <w:t xml:space="preserve">: </w:t>
      </w:r>
      <w:r>
        <w:rPr>
          <w:rFonts w:asciiTheme="majorHAnsi" w:eastAsiaTheme="majorEastAsia" w:hAnsiTheme="majorHAnsi" w:cstheme="majorBidi"/>
          <w:sz w:val="20"/>
          <w:szCs w:val="20"/>
          <w:lang w:val="pl-PL"/>
        </w:rPr>
        <w:t>…………………………………………………………………………………………………………………………….</w:t>
      </w:r>
    </w:p>
    <w:p w14:paraId="42BFDA04" w14:textId="22CE014D" w:rsidR="00AF497B" w:rsidRPr="00AF497B" w:rsidRDefault="00AF497B" w:rsidP="00AF497B">
      <w:pPr>
        <w:numPr>
          <w:ilvl w:val="0"/>
          <w:numId w:val="10"/>
        </w:numPr>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 xml:space="preserve">Adres zamieszkania: </w:t>
      </w:r>
      <w:r w:rsidR="009B23F1">
        <w:rPr>
          <w:rFonts w:asciiTheme="majorHAnsi" w:eastAsiaTheme="majorEastAsia" w:hAnsiTheme="majorHAnsi" w:cstheme="majorBidi"/>
          <w:sz w:val="20"/>
          <w:szCs w:val="20"/>
          <w:lang w:val="pl-PL"/>
        </w:rPr>
        <w:t>………………………………………………………………………………………………………………………</w:t>
      </w:r>
    </w:p>
    <w:p w14:paraId="551B9961" w14:textId="2EC0B250" w:rsidR="00AF497B" w:rsidRPr="00AF497B" w:rsidRDefault="00AF497B" w:rsidP="00AF497B">
      <w:pPr>
        <w:numPr>
          <w:ilvl w:val="0"/>
          <w:numId w:val="10"/>
        </w:numPr>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 xml:space="preserve">Adres do korespondencji (jeżeli inny): </w:t>
      </w:r>
      <w:r w:rsidR="009B23F1">
        <w:rPr>
          <w:rFonts w:asciiTheme="majorHAnsi" w:eastAsiaTheme="majorEastAsia" w:hAnsiTheme="majorHAnsi" w:cstheme="majorBidi"/>
          <w:sz w:val="20"/>
          <w:szCs w:val="20"/>
          <w:lang w:val="pl-PL"/>
        </w:rPr>
        <w:t>…………………………………………………………………………………………..</w:t>
      </w:r>
    </w:p>
    <w:p w14:paraId="1ED7F47C" w14:textId="70341FD3" w:rsidR="00AF497B" w:rsidRPr="00AF497B" w:rsidRDefault="00AF497B" w:rsidP="00AF497B">
      <w:pPr>
        <w:numPr>
          <w:ilvl w:val="0"/>
          <w:numId w:val="10"/>
        </w:numPr>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Adres e-mail:</w:t>
      </w:r>
      <w:r w:rsidR="009B23F1">
        <w:rPr>
          <w:rFonts w:asciiTheme="majorHAnsi" w:eastAsiaTheme="majorEastAsia" w:hAnsiTheme="majorHAnsi" w:cstheme="majorBidi"/>
          <w:sz w:val="20"/>
          <w:szCs w:val="20"/>
          <w:lang w:val="pl-PL"/>
        </w:rPr>
        <w:t>………………………………………………………………………………</w:t>
      </w:r>
    </w:p>
    <w:p w14:paraId="5DCAEF25" w14:textId="16D1CC7B" w:rsidR="00AF497B" w:rsidRPr="00AF497B" w:rsidRDefault="00AF497B" w:rsidP="00AF497B">
      <w:pPr>
        <w:numPr>
          <w:ilvl w:val="0"/>
          <w:numId w:val="10"/>
        </w:numPr>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 xml:space="preserve">Numer telefonu: </w:t>
      </w:r>
      <w:r w:rsidR="009B23F1">
        <w:rPr>
          <w:rFonts w:asciiTheme="majorHAnsi" w:eastAsiaTheme="majorEastAsia" w:hAnsiTheme="majorHAnsi" w:cstheme="majorBidi"/>
          <w:sz w:val="20"/>
          <w:szCs w:val="20"/>
          <w:lang w:val="pl-PL"/>
        </w:rPr>
        <w:t>………………………………………………………………………..</w:t>
      </w:r>
    </w:p>
    <w:p w14:paraId="4D453DD3" w14:textId="77777777" w:rsidR="00AF497B" w:rsidRPr="00AF497B" w:rsidRDefault="00AF497B" w:rsidP="00AF497B">
      <w:pPr>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Zwracam się z wnioskiem o przyjęcie mnie w poczet członków zwyczajnych Polskiego Stowarzyszenia Egzaminatorów Maszyn Roboczych.</w:t>
      </w:r>
    </w:p>
    <w:p w14:paraId="7461AA41" w14:textId="77777777" w:rsidR="00AF497B" w:rsidRPr="00AF497B" w:rsidRDefault="00AF497B" w:rsidP="00AF497B">
      <w:pPr>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Oświadczam, że:</w:t>
      </w:r>
    </w:p>
    <w:p w14:paraId="61CD8150" w14:textId="77777777" w:rsidR="00AF497B" w:rsidRPr="00AF497B" w:rsidRDefault="00AF497B" w:rsidP="00AF497B">
      <w:pPr>
        <w:numPr>
          <w:ilvl w:val="0"/>
          <w:numId w:val="11"/>
        </w:numPr>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Posiadam pełną zdolność do czynności prawnych oraz korzystam z pełni praw publicznych.</w:t>
      </w:r>
    </w:p>
    <w:p w14:paraId="23E6C417" w14:textId="77777777" w:rsidR="00AF497B" w:rsidRPr="00AF497B" w:rsidRDefault="00AF497B" w:rsidP="00AF497B">
      <w:pPr>
        <w:numPr>
          <w:ilvl w:val="0"/>
          <w:numId w:val="11"/>
        </w:numPr>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Zapoznałem/</w:t>
      </w:r>
      <w:proofErr w:type="spellStart"/>
      <w:r w:rsidRPr="00AF497B">
        <w:rPr>
          <w:rFonts w:asciiTheme="majorHAnsi" w:eastAsiaTheme="majorEastAsia" w:hAnsiTheme="majorHAnsi" w:cstheme="majorBidi"/>
          <w:sz w:val="20"/>
          <w:szCs w:val="20"/>
          <w:lang w:val="pl-PL"/>
        </w:rPr>
        <w:t>am</w:t>
      </w:r>
      <w:proofErr w:type="spellEnd"/>
      <w:r w:rsidRPr="00AF497B">
        <w:rPr>
          <w:rFonts w:asciiTheme="majorHAnsi" w:eastAsiaTheme="majorEastAsia" w:hAnsiTheme="majorHAnsi" w:cstheme="majorBidi"/>
          <w:sz w:val="20"/>
          <w:szCs w:val="20"/>
          <w:lang w:val="pl-PL"/>
        </w:rPr>
        <w:t xml:space="preserve"> się z treścią Statutu Stowarzyszenia i zobowiązuję się do jego przestrzegania oraz do stosowania się do uchwał i decyzji organów Stowarzyszenia.</w:t>
      </w:r>
    </w:p>
    <w:p w14:paraId="66FD5AA7" w14:textId="77777777" w:rsidR="00AF497B" w:rsidRPr="00AF497B" w:rsidRDefault="00AF497B" w:rsidP="00AF497B">
      <w:pPr>
        <w:numPr>
          <w:ilvl w:val="0"/>
          <w:numId w:val="11"/>
        </w:numPr>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Deklaruję wspieranie realizacji celów statutowych oraz dbanie o dobre imię Stowarzyszenia.</w:t>
      </w:r>
    </w:p>
    <w:p w14:paraId="208BB0A1" w14:textId="6BBABB8E" w:rsidR="00AF497B" w:rsidRPr="00AF497B" w:rsidRDefault="00AF497B" w:rsidP="00AF497B">
      <w:pPr>
        <w:numPr>
          <w:ilvl w:val="0"/>
          <w:numId w:val="11"/>
        </w:numPr>
        <w:jc w:val="both"/>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Przyjmuję obowiązek opłacania składki członkowskiej w wysokości 500 zł (pięćset złotych) rocznie</w:t>
      </w:r>
      <w:r>
        <w:rPr>
          <w:rStyle w:val="Odwoanieprzypisudolnego"/>
          <w:rFonts w:asciiTheme="majorHAnsi" w:eastAsiaTheme="majorEastAsia" w:hAnsiTheme="majorHAnsi" w:cstheme="majorBidi"/>
          <w:sz w:val="20"/>
          <w:szCs w:val="20"/>
          <w:lang w:val="pl-PL"/>
        </w:rPr>
        <w:footnoteReference w:id="1"/>
      </w:r>
      <w:r w:rsidRPr="00AF497B">
        <w:rPr>
          <w:rFonts w:asciiTheme="majorHAnsi" w:eastAsiaTheme="majorEastAsia" w:hAnsiTheme="majorHAnsi" w:cstheme="majorBidi"/>
          <w:sz w:val="20"/>
          <w:szCs w:val="20"/>
          <w:lang w:val="pl-PL"/>
        </w:rPr>
        <w:t>.</w:t>
      </w:r>
    </w:p>
    <w:p w14:paraId="2ACDA3E1" w14:textId="3D1AB3D9" w:rsidR="00FE0A53" w:rsidRPr="00FE0A53" w:rsidRDefault="00AF497B" w:rsidP="00FE0A53">
      <w:pPr>
        <w:numPr>
          <w:ilvl w:val="0"/>
          <w:numId w:val="11"/>
        </w:numPr>
        <w:rPr>
          <w:rFonts w:asciiTheme="majorHAnsi" w:eastAsiaTheme="majorEastAsia" w:hAnsiTheme="majorHAnsi" w:cstheme="majorBidi"/>
          <w:sz w:val="20"/>
          <w:szCs w:val="20"/>
          <w:lang w:val="pl-PL"/>
        </w:rPr>
      </w:pPr>
      <w:r w:rsidRPr="00FE0A53">
        <w:rPr>
          <w:rFonts w:asciiTheme="majorHAnsi" w:eastAsiaTheme="majorEastAsia" w:hAnsiTheme="majorHAnsi" w:cstheme="majorBidi"/>
          <w:sz w:val="20"/>
          <w:szCs w:val="20"/>
          <w:lang w:val="pl-PL"/>
        </w:rPr>
        <w:t>Oświadczam, że posiadam doświadczenie w zakresie przeprowadzania egzaminów na maszyny robocze.</w:t>
      </w:r>
      <w:r w:rsidR="00FE0A53" w:rsidRPr="00FE0A53">
        <w:rPr>
          <w:rFonts w:asciiTheme="majorHAnsi" w:eastAsiaTheme="majorEastAsia" w:hAnsiTheme="majorHAnsi" w:cstheme="majorBidi"/>
          <w:sz w:val="20"/>
          <w:szCs w:val="20"/>
          <w:lang w:val="pl-PL"/>
        </w:rPr>
        <w:br/>
        <w:t>Opis doświadczenia: ……………………………………………………………………………………………………………………………………………………………………………………………………………………………………………………………………………………………………………………………………………………………………………………………………………………………………………………………………</w:t>
      </w:r>
      <w:r w:rsidR="00FE0A53">
        <w:rPr>
          <w:rFonts w:asciiTheme="majorHAnsi" w:eastAsiaTheme="majorEastAsia" w:hAnsiTheme="majorHAnsi" w:cstheme="majorBidi"/>
          <w:sz w:val="20"/>
          <w:szCs w:val="20"/>
          <w:lang w:val="pl-PL"/>
        </w:rPr>
        <w:t>…</w:t>
      </w:r>
      <w:r w:rsidR="00FE0A53">
        <w:rPr>
          <w:rFonts w:asciiTheme="majorHAnsi" w:eastAsiaTheme="majorEastAsia" w:hAnsiTheme="majorHAnsi" w:cstheme="majorBidi"/>
          <w:sz w:val="20"/>
          <w:szCs w:val="20"/>
          <w:lang w:val="pl-PL"/>
        </w:rPr>
        <w:br/>
        <w:t>………………………………………………………………………………………………………………………………………………………</w:t>
      </w:r>
    </w:p>
    <w:p w14:paraId="4A3F8F90" w14:textId="5834A790" w:rsidR="009B23F1" w:rsidRPr="009B23F1" w:rsidRDefault="009B23F1" w:rsidP="00FE0A53">
      <w:pPr>
        <w:rPr>
          <w:rFonts w:asciiTheme="majorHAnsi" w:eastAsiaTheme="majorEastAsia" w:hAnsiTheme="majorHAnsi" w:cstheme="majorBidi"/>
          <w:sz w:val="20"/>
          <w:szCs w:val="20"/>
          <w:lang w:val="pl-PL"/>
        </w:rPr>
      </w:pPr>
      <w:r w:rsidRPr="009B23F1">
        <w:rPr>
          <w:rFonts w:asciiTheme="majorHAnsi" w:eastAsiaTheme="majorEastAsia" w:hAnsiTheme="majorHAnsi" w:cstheme="majorBidi"/>
          <w:sz w:val="20"/>
          <w:szCs w:val="20"/>
          <w:lang w:val="pl-PL"/>
        </w:rPr>
        <w:lastRenderedPageBreak/>
        <w:t xml:space="preserve">Wprowadzający do Stowarzyszenia: </w:t>
      </w:r>
    </w:p>
    <w:p w14:paraId="03736A4C" w14:textId="63352F20" w:rsidR="009B23F1" w:rsidRPr="00FE0A53" w:rsidRDefault="009B23F1" w:rsidP="00FE0A53">
      <w:pPr>
        <w:rPr>
          <w:rFonts w:asciiTheme="majorHAnsi" w:eastAsiaTheme="majorEastAsia" w:hAnsiTheme="majorHAnsi" w:cstheme="majorBidi"/>
          <w:sz w:val="20"/>
          <w:szCs w:val="20"/>
          <w:lang w:val="pl-PL"/>
        </w:rPr>
      </w:pPr>
      <w:r w:rsidRPr="00FE0A53">
        <w:rPr>
          <w:rFonts w:asciiTheme="majorHAnsi" w:eastAsiaTheme="majorEastAsia" w:hAnsiTheme="majorHAnsi" w:cstheme="majorBidi"/>
          <w:sz w:val="20"/>
          <w:szCs w:val="20"/>
          <w:lang w:val="pl-PL"/>
        </w:rPr>
        <w:t xml:space="preserve">A ................................... </w:t>
      </w:r>
      <w:r w:rsidR="00FE0A53">
        <w:rPr>
          <w:rFonts w:asciiTheme="majorHAnsi" w:eastAsiaTheme="majorEastAsia" w:hAnsiTheme="majorHAnsi" w:cstheme="majorBidi"/>
          <w:sz w:val="20"/>
          <w:szCs w:val="20"/>
          <w:lang w:val="pl-PL"/>
        </w:rPr>
        <w:t>……………………………………………..</w:t>
      </w:r>
      <w:r w:rsidRPr="00FE0A53">
        <w:rPr>
          <w:rFonts w:asciiTheme="majorHAnsi" w:eastAsiaTheme="majorEastAsia" w:hAnsiTheme="majorHAnsi" w:cstheme="majorBidi"/>
          <w:sz w:val="20"/>
          <w:szCs w:val="20"/>
          <w:lang w:val="pl-PL"/>
        </w:rPr>
        <w:t xml:space="preserve">nr </w:t>
      </w:r>
      <w:proofErr w:type="spellStart"/>
      <w:r w:rsidRPr="00FE0A53">
        <w:rPr>
          <w:rFonts w:asciiTheme="majorHAnsi" w:eastAsiaTheme="majorEastAsia" w:hAnsiTheme="majorHAnsi" w:cstheme="majorBidi"/>
          <w:sz w:val="20"/>
          <w:szCs w:val="20"/>
          <w:lang w:val="pl-PL"/>
        </w:rPr>
        <w:t>czł</w:t>
      </w:r>
      <w:proofErr w:type="spellEnd"/>
      <w:r w:rsidRPr="00FE0A53">
        <w:rPr>
          <w:rFonts w:asciiTheme="majorHAnsi" w:eastAsiaTheme="majorEastAsia" w:hAnsiTheme="majorHAnsi" w:cstheme="majorBidi"/>
          <w:sz w:val="20"/>
          <w:szCs w:val="20"/>
          <w:lang w:val="pl-PL"/>
        </w:rPr>
        <w:t>. ..........</w:t>
      </w:r>
      <w:r w:rsidR="00FE0A53">
        <w:rPr>
          <w:rFonts w:asciiTheme="majorHAnsi" w:eastAsiaTheme="majorEastAsia" w:hAnsiTheme="majorHAnsi" w:cstheme="majorBidi"/>
          <w:sz w:val="20"/>
          <w:szCs w:val="20"/>
          <w:lang w:val="pl-PL"/>
        </w:rPr>
        <w:t>......................</w:t>
      </w:r>
      <w:r w:rsidRPr="00FE0A53">
        <w:rPr>
          <w:rFonts w:asciiTheme="majorHAnsi" w:eastAsiaTheme="majorEastAsia" w:hAnsiTheme="majorHAnsi" w:cstheme="majorBidi"/>
          <w:sz w:val="20"/>
          <w:szCs w:val="20"/>
          <w:lang w:val="pl-PL"/>
        </w:rPr>
        <w:t xml:space="preserve"> podpis ............................ </w:t>
      </w:r>
    </w:p>
    <w:p w14:paraId="7DC1970F" w14:textId="63227D59" w:rsidR="009B23F1" w:rsidRPr="00FE0A53" w:rsidRDefault="009B23F1" w:rsidP="00FE0A53">
      <w:pPr>
        <w:rPr>
          <w:rFonts w:asciiTheme="majorHAnsi" w:eastAsiaTheme="majorEastAsia" w:hAnsiTheme="majorHAnsi" w:cstheme="majorBidi"/>
          <w:sz w:val="20"/>
          <w:szCs w:val="20"/>
          <w:lang w:val="pl-PL"/>
        </w:rPr>
      </w:pPr>
      <w:r w:rsidRPr="00FE0A53">
        <w:rPr>
          <w:rFonts w:asciiTheme="majorHAnsi" w:eastAsiaTheme="majorEastAsia" w:hAnsiTheme="majorHAnsi" w:cstheme="majorBidi"/>
          <w:sz w:val="20"/>
          <w:szCs w:val="20"/>
          <w:lang w:val="pl-PL"/>
        </w:rPr>
        <w:t xml:space="preserve">B ................................... </w:t>
      </w:r>
      <w:r w:rsidR="00FE0A53">
        <w:rPr>
          <w:rFonts w:asciiTheme="majorHAnsi" w:eastAsiaTheme="majorEastAsia" w:hAnsiTheme="majorHAnsi" w:cstheme="majorBidi"/>
          <w:sz w:val="20"/>
          <w:szCs w:val="20"/>
          <w:lang w:val="pl-PL"/>
        </w:rPr>
        <w:t>……………………………………………..</w:t>
      </w:r>
      <w:r w:rsidRPr="00FE0A53">
        <w:rPr>
          <w:rFonts w:asciiTheme="majorHAnsi" w:eastAsiaTheme="majorEastAsia" w:hAnsiTheme="majorHAnsi" w:cstheme="majorBidi"/>
          <w:sz w:val="20"/>
          <w:szCs w:val="20"/>
          <w:lang w:val="pl-PL"/>
        </w:rPr>
        <w:t xml:space="preserve">nr </w:t>
      </w:r>
      <w:proofErr w:type="spellStart"/>
      <w:r w:rsidRPr="00FE0A53">
        <w:rPr>
          <w:rFonts w:asciiTheme="majorHAnsi" w:eastAsiaTheme="majorEastAsia" w:hAnsiTheme="majorHAnsi" w:cstheme="majorBidi"/>
          <w:sz w:val="20"/>
          <w:szCs w:val="20"/>
          <w:lang w:val="pl-PL"/>
        </w:rPr>
        <w:t>czł</w:t>
      </w:r>
      <w:proofErr w:type="spellEnd"/>
      <w:r w:rsidRPr="00FE0A53">
        <w:rPr>
          <w:rFonts w:asciiTheme="majorHAnsi" w:eastAsiaTheme="majorEastAsia" w:hAnsiTheme="majorHAnsi" w:cstheme="majorBidi"/>
          <w:sz w:val="20"/>
          <w:szCs w:val="20"/>
          <w:lang w:val="pl-PL"/>
        </w:rPr>
        <w:t xml:space="preserve">. .......... </w:t>
      </w:r>
      <w:r w:rsidR="00FE0A53">
        <w:rPr>
          <w:rFonts w:asciiTheme="majorHAnsi" w:eastAsiaTheme="majorEastAsia" w:hAnsiTheme="majorHAnsi" w:cstheme="majorBidi"/>
          <w:sz w:val="20"/>
          <w:szCs w:val="20"/>
          <w:lang w:val="pl-PL"/>
        </w:rPr>
        <w:t>……………………</w:t>
      </w:r>
      <w:r w:rsidRPr="00FE0A53">
        <w:rPr>
          <w:rFonts w:asciiTheme="majorHAnsi" w:eastAsiaTheme="majorEastAsia" w:hAnsiTheme="majorHAnsi" w:cstheme="majorBidi"/>
          <w:sz w:val="20"/>
          <w:szCs w:val="20"/>
          <w:lang w:val="pl-PL"/>
        </w:rPr>
        <w:t xml:space="preserve">podpis ............................ </w:t>
      </w:r>
    </w:p>
    <w:p w14:paraId="68B37098" w14:textId="77777777" w:rsidR="00AF497B" w:rsidRPr="00AF497B" w:rsidRDefault="00AF497B" w:rsidP="00AF497B">
      <w:pPr>
        <w:ind w:left="720"/>
        <w:rPr>
          <w:rFonts w:asciiTheme="majorHAnsi" w:eastAsiaTheme="majorEastAsia" w:hAnsiTheme="majorHAnsi" w:cstheme="majorBidi"/>
          <w:sz w:val="20"/>
          <w:szCs w:val="20"/>
          <w:lang w:val="pl-PL"/>
        </w:rPr>
      </w:pPr>
    </w:p>
    <w:p w14:paraId="704BAB14" w14:textId="69333DCD" w:rsidR="00AF497B" w:rsidRDefault="00AF497B" w:rsidP="00FE0A53">
      <w:pPr>
        <w:jc w:val="right"/>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 xml:space="preserve">Miejscowość i data: </w:t>
      </w:r>
      <w:r w:rsidR="00FE0A53">
        <w:rPr>
          <w:rFonts w:asciiTheme="majorHAnsi" w:eastAsiaTheme="majorEastAsia" w:hAnsiTheme="majorHAnsi" w:cstheme="majorBidi"/>
          <w:sz w:val="20"/>
          <w:szCs w:val="20"/>
          <w:lang w:val="pl-PL"/>
        </w:rPr>
        <w:t>…………………………………………………………………………</w:t>
      </w:r>
    </w:p>
    <w:p w14:paraId="0392AEEC" w14:textId="77777777" w:rsidR="00AF497B" w:rsidRPr="00AF497B" w:rsidRDefault="00AF497B" w:rsidP="00AF497B">
      <w:pPr>
        <w:rPr>
          <w:rFonts w:asciiTheme="majorHAnsi" w:eastAsiaTheme="majorEastAsia" w:hAnsiTheme="majorHAnsi" w:cstheme="majorBidi"/>
          <w:sz w:val="20"/>
          <w:szCs w:val="20"/>
          <w:lang w:val="pl-PL"/>
        </w:rPr>
      </w:pPr>
    </w:p>
    <w:p w14:paraId="21EF0CF0" w14:textId="3B50BE5D" w:rsidR="00AF497B" w:rsidRDefault="00AF497B" w:rsidP="00FE0A53">
      <w:pPr>
        <w:jc w:val="right"/>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Czytelny podpis kandydata:</w:t>
      </w:r>
      <w:r w:rsidR="00FE0A53">
        <w:rPr>
          <w:rFonts w:asciiTheme="majorHAnsi" w:eastAsiaTheme="majorEastAsia" w:hAnsiTheme="majorHAnsi" w:cstheme="majorBidi"/>
          <w:sz w:val="20"/>
          <w:szCs w:val="20"/>
          <w:lang w:val="pl-PL"/>
        </w:rPr>
        <w:t>………………………………………………………………………..</w:t>
      </w:r>
    </w:p>
    <w:p w14:paraId="642CA58B" w14:textId="77777777" w:rsidR="009B23F1" w:rsidRPr="009B23F1" w:rsidRDefault="009B23F1" w:rsidP="009B23F1">
      <w:pPr>
        <w:rPr>
          <w:rFonts w:asciiTheme="majorHAnsi" w:eastAsiaTheme="majorEastAsia" w:hAnsiTheme="majorHAnsi" w:cstheme="majorBidi"/>
          <w:sz w:val="20"/>
          <w:szCs w:val="20"/>
          <w:lang w:val="pl-PL"/>
        </w:rPr>
      </w:pPr>
    </w:p>
    <w:p w14:paraId="1EF3254B" w14:textId="5FDA06B1" w:rsidR="009B23F1" w:rsidRPr="009B23F1" w:rsidRDefault="009B23F1" w:rsidP="009B23F1">
      <w:pPr>
        <w:rPr>
          <w:rFonts w:asciiTheme="majorHAnsi" w:eastAsiaTheme="majorEastAsia" w:hAnsiTheme="majorHAnsi" w:cstheme="majorBidi"/>
          <w:sz w:val="20"/>
          <w:szCs w:val="20"/>
          <w:lang w:val="pl-PL"/>
        </w:rPr>
      </w:pPr>
      <w:r w:rsidRPr="009B23F1">
        <w:rPr>
          <w:rFonts w:asciiTheme="majorHAnsi" w:eastAsiaTheme="majorEastAsia" w:hAnsiTheme="majorHAnsi" w:cstheme="majorBidi"/>
          <w:sz w:val="20"/>
          <w:szCs w:val="20"/>
          <w:lang w:val="pl-PL"/>
        </w:rPr>
        <w:t xml:space="preserve"> </w:t>
      </w:r>
    </w:p>
    <w:p w14:paraId="29BB5ECF" w14:textId="77777777" w:rsidR="009B23F1" w:rsidRDefault="009B23F1" w:rsidP="009B23F1">
      <w:pPr>
        <w:rPr>
          <w:rFonts w:asciiTheme="majorHAnsi" w:eastAsiaTheme="majorEastAsia" w:hAnsiTheme="majorHAnsi" w:cstheme="majorBidi"/>
          <w:sz w:val="20"/>
          <w:szCs w:val="20"/>
          <w:lang w:val="pl-PL"/>
        </w:rPr>
      </w:pPr>
    </w:p>
    <w:p w14:paraId="70EA617F" w14:textId="2911C4E5" w:rsidR="009B23F1" w:rsidRPr="009B23F1" w:rsidRDefault="009B23F1" w:rsidP="009B23F1">
      <w:pPr>
        <w:rPr>
          <w:rFonts w:asciiTheme="majorHAnsi" w:eastAsiaTheme="majorEastAsia" w:hAnsiTheme="majorHAnsi" w:cstheme="majorBidi"/>
          <w:sz w:val="20"/>
          <w:szCs w:val="20"/>
          <w:lang w:val="pl-PL"/>
        </w:rPr>
      </w:pPr>
      <w:r>
        <w:rPr>
          <w:rFonts w:asciiTheme="majorHAnsi" w:eastAsiaTheme="majorEastAsia" w:hAnsiTheme="majorHAnsi" w:cstheme="majorBidi"/>
          <w:sz w:val="20"/>
          <w:szCs w:val="20"/>
          <w:lang w:val="pl-PL"/>
        </w:rPr>
        <w:t xml:space="preserve">Decyzja o przyjęciu na podstawie uchwały walnego zgromadzenia lub Zarządu </w:t>
      </w:r>
    </w:p>
    <w:p w14:paraId="6AAB2844" w14:textId="77777777" w:rsidR="009B23F1" w:rsidRPr="009B23F1" w:rsidRDefault="009B23F1" w:rsidP="009B23F1">
      <w:pPr>
        <w:rPr>
          <w:rFonts w:asciiTheme="majorHAnsi" w:eastAsiaTheme="majorEastAsia" w:hAnsiTheme="majorHAnsi" w:cstheme="majorBidi"/>
          <w:sz w:val="20"/>
          <w:szCs w:val="20"/>
          <w:lang w:val="pl-PL"/>
        </w:rPr>
      </w:pPr>
      <w:r w:rsidRPr="009B23F1">
        <w:rPr>
          <w:rFonts w:asciiTheme="majorHAnsi" w:eastAsiaTheme="majorEastAsia" w:hAnsiTheme="majorHAnsi" w:cstheme="majorBidi"/>
          <w:sz w:val="20"/>
          <w:szCs w:val="20"/>
          <w:lang w:val="pl-PL"/>
        </w:rPr>
        <w:t xml:space="preserve">........................................................................................................ </w:t>
      </w:r>
    </w:p>
    <w:p w14:paraId="0A828060" w14:textId="77777777" w:rsidR="009B23F1" w:rsidRDefault="009B23F1" w:rsidP="009B23F1">
      <w:pPr>
        <w:rPr>
          <w:rFonts w:asciiTheme="majorHAnsi" w:eastAsiaTheme="majorEastAsia" w:hAnsiTheme="majorHAnsi" w:cstheme="majorBidi"/>
          <w:sz w:val="20"/>
          <w:szCs w:val="20"/>
          <w:lang w:val="pl-PL"/>
        </w:rPr>
      </w:pPr>
      <w:r w:rsidRPr="009B23F1">
        <w:rPr>
          <w:rFonts w:asciiTheme="majorHAnsi" w:eastAsiaTheme="majorEastAsia" w:hAnsiTheme="majorHAnsi" w:cstheme="majorBidi"/>
          <w:sz w:val="20"/>
          <w:szCs w:val="20"/>
          <w:lang w:val="pl-PL"/>
        </w:rPr>
        <w:t xml:space="preserve">....................................................................................................... </w:t>
      </w:r>
      <w:r>
        <w:rPr>
          <w:rFonts w:asciiTheme="majorHAnsi" w:eastAsiaTheme="majorEastAsia" w:hAnsiTheme="majorHAnsi" w:cstheme="majorBidi"/>
          <w:sz w:val="20"/>
          <w:szCs w:val="20"/>
          <w:lang w:val="pl-PL"/>
        </w:rPr>
        <w:br/>
      </w:r>
    </w:p>
    <w:p w14:paraId="6AD89F24" w14:textId="6FB8402A" w:rsidR="009B23F1" w:rsidRPr="00AF497B" w:rsidRDefault="009B23F1" w:rsidP="009B23F1">
      <w:pPr>
        <w:rPr>
          <w:rFonts w:asciiTheme="majorHAnsi" w:eastAsiaTheme="majorEastAsia" w:hAnsiTheme="majorHAnsi" w:cstheme="majorBidi"/>
          <w:sz w:val="20"/>
          <w:szCs w:val="20"/>
          <w:lang w:val="pl-PL"/>
        </w:rPr>
      </w:pPr>
      <w:r>
        <w:rPr>
          <w:rFonts w:asciiTheme="majorHAnsi" w:eastAsiaTheme="majorEastAsia" w:hAnsiTheme="majorHAnsi" w:cstheme="majorBidi"/>
          <w:sz w:val="20"/>
          <w:szCs w:val="20"/>
          <w:lang w:val="pl-PL"/>
        </w:rPr>
        <w:t xml:space="preserve">Nadany </w:t>
      </w:r>
      <w:r w:rsidRPr="009B23F1">
        <w:rPr>
          <w:rFonts w:asciiTheme="majorHAnsi" w:eastAsiaTheme="majorEastAsia" w:hAnsiTheme="majorHAnsi" w:cstheme="majorBidi"/>
          <w:sz w:val="20"/>
          <w:szCs w:val="20"/>
          <w:lang w:val="pl-PL"/>
        </w:rPr>
        <w:t xml:space="preserve">nr członkowski </w:t>
      </w:r>
      <w:r w:rsidRPr="009B23F1">
        <w:rPr>
          <w:rFonts w:asciiTheme="majorHAnsi" w:eastAsiaTheme="majorEastAsia" w:hAnsiTheme="majorHAnsi" w:cstheme="majorBidi"/>
          <w:sz w:val="20"/>
          <w:szCs w:val="20"/>
          <w:lang w:val="pl-PL"/>
        </w:rPr>
        <w:t>..........</w:t>
      </w:r>
    </w:p>
    <w:p w14:paraId="6FA57163" w14:textId="20B7BA4E" w:rsidR="00D03ED6" w:rsidRDefault="00D03ED6" w:rsidP="00AF497B">
      <w:pPr>
        <w:rPr>
          <w:sz w:val="20"/>
          <w:szCs w:val="20"/>
          <w:lang w:val="pl-PL"/>
        </w:rPr>
      </w:pPr>
    </w:p>
    <w:p w14:paraId="0AA51A6A" w14:textId="77777777" w:rsidR="004D70A9" w:rsidRDefault="004D70A9" w:rsidP="00AF497B">
      <w:pPr>
        <w:rPr>
          <w:rFonts w:asciiTheme="majorHAnsi" w:eastAsiaTheme="majorEastAsia" w:hAnsiTheme="majorHAnsi" w:cstheme="majorBidi"/>
          <w:sz w:val="20"/>
          <w:szCs w:val="20"/>
          <w:lang w:val="pl-PL"/>
        </w:rPr>
      </w:pPr>
    </w:p>
    <w:p w14:paraId="5AC5065A" w14:textId="77777777" w:rsidR="004D70A9" w:rsidRDefault="004D70A9" w:rsidP="00AF497B">
      <w:pPr>
        <w:rPr>
          <w:rFonts w:asciiTheme="majorHAnsi" w:eastAsiaTheme="majorEastAsia" w:hAnsiTheme="majorHAnsi" w:cstheme="majorBidi"/>
          <w:sz w:val="20"/>
          <w:szCs w:val="20"/>
          <w:lang w:val="pl-PL"/>
        </w:rPr>
      </w:pPr>
    </w:p>
    <w:p w14:paraId="1381ABD2" w14:textId="77777777" w:rsidR="004D70A9" w:rsidRDefault="004D70A9" w:rsidP="00AF497B">
      <w:pPr>
        <w:rPr>
          <w:rFonts w:asciiTheme="majorHAnsi" w:eastAsiaTheme="majorEastAsia" w:hAnsiTheme="majorHAnsi" w:cstheme="majorBidi"/>
          <w:sz w:val="20"/>
          <w:szCs w:val="20"/>
          <w:lang w:val="pl-PL"/>
        </w:rPr>
      </w:pPr>
    </w:p>
    <w:p w14:paraId="29FC4EFF" w14:textId="77777777" w:rsidR="004D70A9" w:rsidRDefault="004D70A9" w:rsidP="00AF497B">
      <w:pPr>
        <w:rPr>
          <w:rFonts w:asciiTheme="majorHAnsi" w:eastAsiaTheme="majorEastAsia" w:hAnsiTheme="majorHAnsi" w:cstheme="majorBidi"/>
          <w:sz w:val="20"/>
          <w:szCs w:val="20"/>
          <w:lang w:val="pl-PL"/>
        </w:rPr>
      </w:pPr>
    </w:p>
    <w:p w14:paraId="2A2D0805" w14:textId="70A94D03" w:rsidR="00AF497B" w:rsidRPr="00AF497B" w:rsidRDefault="00AF497B" w:rsidP="00AF497B">
      <w:pPr>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KLAUZULA INFORMACYJNA RODO</w:t>
      </w:r>
    </w:p>
    <w:p w14:paraId="1C997BAA" w14:textId="77777777" w:rsidR="00AF497B" w:rsidRPr="00AF497B" w:rsidRDefault="00AF497B" w:rsidP="00AF497B">
      <w:pPr>
        <w:jc w:val="both"/>
        <w:rPr>
          <w:rFonts w:asciiTheme="majorHAnsi" w:eastAsiaTheme="majorEastAsia" w:hAnsiTheme="majorHAnsi" w:cstheme="majorBidi"/>
          <w:sz w:val="20"/>
          <w:szCs w:val="20"/>
          <w:lang w:val="pl-PL"/>
        </w:rPr>
      </w:pPr>
      <w:r w:rsidRPr="00AF497B">
        <w:rPr>
          <w:rFonts w:asciiTheme="majorHAnsi" w:eastAsiaTheme="majorEastAsia" w:hAnsiTheme="majorHAnsi" w:cstheme="majorBidi"/>
          <w:sz w:val="20"/>
          <w:szCs w:val="20"/>
          <w:lang w:val="pl-PL"/>
        </w:rPr>
        <w:t xml:space="preserve">Administratorem danych osobowych jest Polskie Stowarzyszenie Egzaminatorów Maszyn Roboczych </w:t>
      </w:r>
      <w:r>
        <w:rPr>
          <w:rFonts w:asciiTheme="majorHAnsi" w:eastAsiaTheme="majorEastAsia" w:hAnsiTheme="majorHAnsi" w:cstheme="majorBidi"/>
          <w:sz w:val="20"/>
          <w:szCs w:val="20"/>
          <w:lang w:val="pl-PL"/>
        </w:rPr>
        <w:br/>
      </w:r>
      <w:r w:rsidRPr="00AF497B">
        <w:rPr>
          <w:rFonts w:asciiTheme="majorHAnsi" w:eastAsiaTheme="majorEastAsia" w:hAnsiTheme="majorHAnsi" w:cstheme="majorBidi"/>
          <w:sz w:val="20"/>
          <w:szCs w:val="20"/>
          <w:lang w:val="pl-PL"/>
        </w:rPr>
        <w:t xml:space="preserve">z siedzibą w Wydrzynie. Dane osobowe przetwarzane są w celu realizacji celów statutowych Stowarzyszenia, prowadzenia ewidencji członków, realizacji obowiązków prawnych oraz kontaktu organizacyjnego. Podstawą prawną przetwarzania danych jest art. 6 ust. 1 lit. b i c Rozporządzenia Parlamentu Europejskiego i Rady (UE) 2016/679 (RODO). Podanie danych jest dobrowolne, lecz niezbędne do rozpatrzenia niniejszej deklaracji. Osobie, której dane dotyczą, przysługuje prawo dostępu do danych, ich sprostowania, usunięcia, ograniczenia przetwarzania, wniesienia sprzeciwu oraz wniesienia skargi </w:t>
      </w:r>
      <w:r>
        <w:rPr>
          <w:rFonts w:asciiTheme="majorHAnsi" w:eastAsiaTheme="majorEastAsia" w:hAnsiTheme="majorHAnsi" w:cstheme="majorBidi"/>
          <w:sz w:val="20"/>
          <w:szCs w:val="20"/>
          <w:lang w:val="pl-PL"/>
        </w:rPr>
        <w:br/>
      </w:r>
      <w:r w:rsidRPr="00AF497B">
        <w:rPr>
          <w:rFonts w:asciiTheme="majorHAnsi" w:eastAsiaTheme="majorEastAsia" w:hAnsiTheme="majorHAnsi" w:cstheme="majorBidi"/>
          <w:sz w:val="20"/>
          <w:szCs w:val="20"/>
          <w:lang w:val="pl-PL"/>
        </w:rPr>
        <w:t>do Prezesa Urzędu Ochrony Danych Osobowych.</w:t>
      </w:r>
    </w:p>
    <w:sectPr w:rsidR="00AF497B" w:rsidRPr="00AF497B" w:rsidSect="00034616">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23FC2" w14:textId="77777777" w:rsidR="00797337" w:rsidRDefault="00797337" w:rsidP="00AF497B">
      <w:pPr>
        <w:spacing w:after="0" w:line="240" w:lineRule="auto"/>
      </w:pPr>
      <w:r>
        <w:separator/>
      </w:r>
    </w:p>
  </w:endnote>
  <w:endnote w:type="continuationSeparator" w:id="0">
    <w:p w14:paraId="640055CA" w14:textId="77777777" w:rsidR="00797337" w:rsidRDefault="00797337" w:rsidP="00AF4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1517D" w14:textId="77777777" w:rsidR="00AF497B" w:rsidRDefault="00AF497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8128439"/>
      <w:docPartObj>
        <w:docPartGallery w:val="Page Numbers (Bottom of Page)"/>
        <w:docPartUnique/>
      </w:docPartObj>
    </w:sdtPr>
    <w:sdtContent>
      <w:sdt>
        <w:sdtPr>
          <w:id w:val="1728636285"/>
          <w:docPartObj>
            <w:docPartGallery w:val="Page Numbers (Top of Page)"/>
            <w:docPartUnique/>
          </w:docPartObj>
        </w:sdtPr>
        <w:sdtContent>
          <w:p w14:paraId="1AEE58E1" w14:textId="4F98B5DF" w:rsidR="00AF497B" w:rsidRDefault="00AF497B">
            <w:pPr>
              <w:pStyle w:val="Stopka"/>
              <w:jc w:val="center"/>
            </w:pPr>
            <w:r>
              <w:rPr>
                <w:lang w:val="pl-PL"/>
              </w:rPr>
              <w:t xml:space="preserve">Strona </w:t>
            </w:r>
            <w:r>
              <w:rPr>
                <w:b/>
                <w:bCs/>
                <w:sz w:val="24"/>
                <w:szCs w:val="24"/>
              </w:rPr>
              <w:fldChar w:fldCharType="begin"/>
            </w:r>
            <w:r>
              <w:rPr>
                <w:b/>
                <w:bCs/>
              </w:rPr>
              <w:instrText>PAGE</w:instrText>
            </w:r>
            <w:r>
              <w:rPr>
                <w:b/>
                <w:bCs/>
                <w:sz w:val="24"/>
                <w:szCs w:val="24"/>
              </w:rPr>
              <w:fldChar w:fldCharType="separate"/>
            </w:r>
            <w:r>
              <w:rPr>
                <w:b/>
                <w:bCs/>
                <w:lang w:val="pl-PL"/>
              </w:rPr>
              <w:t>2</w:t>
            </w:r>
            <w:r>
              <w:rPr>
                <w:b/>
                <w:bCs/>
                <w:sz w:val="24"/>
                <w:szCs w:val="24"/>
              </w:rPr>
              <w:fldChar w:fldCharType="end"/>
            </w:r>
            <w:r>
              <w:rPr>
                <w:lang w:val="pl-PL"/>
              </w:rPr>
              <w:t xml:space="preserve"> z </w:t>
            </w:r>
            <w:r>
              <w:rPr>
                <w:b/>
                <w:bCs/>
                <w:sz w:val="24"/>
                <w:szCs w:val="24"/>
              </w:rPr>
              <w:fldChar w:fldCharType="begin"/>
            </w:r>
            <w:r>
              <w:rPr>
                <w:b/>
                <w:bCs/>
              </w:rPr>
              <w:instrText>NUMPAGES</w:instrText>
            </w:r>
            <w:r>
              <w:rPr>
                <w:b/>
                <w:bCs/>
                <w:sz w:val="24"/>
                <w:szCs w:val="24"/>
              </w:rPr>
              <w:fldChar w:fldCharType="separate"/>
            </w:r>
            <w:r>
              <w:rPr>
                <w:b/>
                <w:bCs/>
                <w:lang w:val="pl-PL"/>
              </w:rPr>
              <w:t>2</w:t>
            </w:r>
            <w:r>
              <w:rPr>
                <w:b/>
                <w:bCs/>
                <w:sz w:val="24"/>
                <w:szCs w:val="24"/>
              </w:rPr>
              <w:fldChar w:fldCharType="end"/>
            </w:r>
          </w:p>
        </w:sdtContent>
      </w:sdt>
    </w:sdtContent>
  </w:sdt>
  <w:p w14:paraId="2E3E306E" w14:textId="77777777" w:rsidR="00AF497B" w:rsidRDefault="00AF497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469E0" w14:textId="77777777" w:rsidR="00AF497B" w:rsidRDefault="00AF497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27A02" w14:textId="77777777" w:rsidR="00797337" w:rsidRDefault="00797337" w:rsidP="00AF497B">
      <w:pPr>
        <w:spacing w:after="0" w:line="240" w:lineRule="auto"/>
      </w:pPr>
      <w:r>
        <w:separator/>
      </w:r>
    </w:p>
  </w:footnote>
  <w:footnote w:type="continuationSeparator" w:id="0">
    <w:p w14:paraId="7BD88F23" w14:textId="77777777" w:rsidR="00797337" w:rsidRDefault="00797337" w:rsidP="00AF497B">
      <w:pPr>
        <w:spacing w:after="0" w:line="240" w:lineRule="auto"/>
      </w:pPr>
      <w:r>
        <w:continuationSeparator/>
      </w:r>
    </w:p>
  </w:footnote>
  <w:footnote w:id="1">
    <w:p w14:paraId="3C7BD1BC" w14:textId="601E0F0B" w:rsidR="00AF497B" w:rsidRPr="00AF497B" w:rsidRDefault="00AF497B" w:rsidP="00AF497B">
      <w:pPr>
        <w:rPr>
          <w:rFonts w:asciiTheme="majorHAnsi" w:eastAsiaTheme="majorEastAsia" w:hAnsiTheme="majorHAnsi" w:cstheme="majorBidi"/>
          <w:sz w:val="20"/>
          <w:szCs w:val="20"/>
          <w:lang w:val="pl-PL"/>
        </w:rPr>
      </w:pPr>
      <w:r w:rsidRPr="00AF497B">
        <w:rPr>
          <w:rStyle w:val="Odwoanieprzypisudolnego"/>
          <w:sz w:val="20"/>
          <w:szCs w:val="20"/>
        </w:rPr>
        <w:footnoteRef/>
      </w:r>
      <w:r w:rsidRPr="00AF497B">
        <w:rPr>
          <w:sz w:val="20"/>
          <w:szCs w:val="20"/>
          <w:lang w:val="pl-PL"/>
        </w:rPr>
        <w:t xml:space="preserve"> </w:t>
      </w:r>
      <w:r w:rsidRPr="00AF497B">
        <w:rPr>
          <w:rFonts w:asciiTheme="majorHAnsi" w:eastAsiaTheme="majorEastAsia" w:hAnsiTheme="majorHAnsi" w:cstheme="majorBidi"/>
          <w:sz w:val="20"/>
          <w:szCs w:val="20"/>
          <w:lang w:val="pl-PL"/>
        </w:rPr>
        <w:t xml:space="preserve">Składka członkowska płatna jest przelewem na rachunek bankowy Stowarzyszenia: </w:t>
      </w:r>
      <w:r w:rsidRPr="00AF497B">
        <w:rPr>
          <w:rFonts w:asciiTheme="majorHAnsi" w:eastAsiaTheme="majorEastAsia" w:hAnsiTheme="majorHAnsi" w:cstheme="majorBidi"/>
          <w:sz w:val="20"/>
          <w:szCs w:val="20"/>
          <w:lang w:val="pl-PL"/>
        </w:rPr>
        <w:br/>
        <w:t>41 1090 1870 0000 0001 6461 0025</w:t>
      </w:r>
      <w:r w:rsidRPr="00AF497B">
        <w:rPr>
          <w:rFonts w:asciiTheme="majorHAnsi" w:eastAsiaTheme="majorEastAsia" w:hAnsiTheme="majorHAnsi" w:cstheme="majorBidi"/>
          <w:sz w:val="20"/>
          <w:szCs w:val="20"/>
          <w:lang w:val="pl-PL"/>
        </w:rPr>
        <w:br/>
        <w:t>Tytuł przelewu: „Składka członkowska – imię i nazwisko – rok ……”</w:t>
      </w:r>
    </w:p>
    <w:p w14:paraId="75BA2447" w14:textId="4EA61411" w:rsidR="00AF497B" w:rsidRPr="00AF497B" w:rsidRDefault="00AF497B">
      <w:pPr>
        <w:pStyle w:val="Tekstprzypisudolnego"/>
        <w:rPr>
          <w:lang w:val="pl-P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392AD" w14:textId="77777777" w:rsidR="00AF497B" w:rsidRDefault="00AF497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E55D6" w14:textId="77777777" w:rsidR="00AF497B" w:rsidRDefault="00AF497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013D8" w14:textId="77777777" w:rsidR="00AF497B" w:rsidRDefault="00AF497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abstractNum w:abstractNumId="9" w15:restartNumberingAfterBreak="0">
    <w:nsid w:val="5291438B"/>
    <w:multiLevelType w:val="multilevel"/>
    <w:tmpl w:val="E07EC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772B3A"/>
    <w:multiLevelType w:val="multilevel"/>
    <w:tmpl w:val="2C621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8825215">
    <w:abstractNumId w:val="8"/>
  </w:num>
  <w:num w:numId="2" w16cid:durableId="373236500">
    <w:abstractNumId w:val="6"/>
  </w:num>
  <w:num w:numId="3" w16cid:durableId="418793572">
    <w:abstractNumId w:val="5"/>
  </w:num>
  <w:num w:numId="4" w16cid:durableId="1794591402">
    <w:abstractNumId w:val="4"/>
  </w:num>
  <w:num w:numId="5" w16cid:durableId="1631086979">
    <w:abstractNumId w:val="7"/>
  </w:num>
  <w:num w:numId="6" w16cid:durableId="576937237">
    <w:abstractNumId w:val="3"/>
  </w:num>
  <w:num w:numId="7" w16cid:durableId="1401825697">
    <w:abstractNumId w:val="2"/>
  </w:num>
  <w:num w:numId="8" w16cid:durableId="812870759">
    <w:abstractNumId w:val="1"/>
  </w:num>
  <w:num w:numId="9" w16cid:durableId="78915109">
    <w:abstractNumId w:val="0"/>
  </w:num>
  <w:num w:numId="10" w16cid:durableId="373038577">
    <w:abstractNumId w:val="9"/>
  </w:num>
  <w:num w:numId="11" w16cid:durableId="678704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01091"/>
    <w:rsid w:val="004D70A9"/>
    <w:rsid w:val="00797337"/>
    <w:rsid w:val="009B23F1"/>
    <w:rsid w:val="00AA1D8D"/>
    <w:rsid w:val="00AF497B"/>
    <w:rsid w:val="00B47730"/>
    <w:rsid w:val="00CA1BEB"/>
    <w:rsid w:val="00CB0664"/>
    <w:rsid w:val="00D03ED6"/>
    <w:rsid w:val="00D57890"/>
    <w:rsid w:val="00FC693F"/>
    <w:rsid w:val="00FE0A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868D97"/>
  <w14:defaultImageDpi w14:val="300"/>
  <w15:docId w15:val="{2D6EBF67-B29D-4414-B3A2-F24ABFCD9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style>
  <w:style w:type="paragraph" w:styleId="Nagwek1">
    <w:name w:val="heading 1"/>
    <w:basedOn w:val="Normalny"/>
    <w:next w:val="Normalny"/>
    <w:link w:val="Nagwek1Znak"/>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ekstprzypisudolnego">
    <w:name w:val="footnote text"/>
    <w:basedOn w:val="Normalny"/>
    <w:link w:val="TekstprzypisudolnegoZnak"/>
    <w:uiPriority w:val="99"/>
    <w:semiHidden/>
    <w:unhideWhenUsed/>
    <w:rsid w:val="00AF497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AF497B"/>
    <w:rPr>
      <w:sz w:val="20"/>
      <w:szCs w:val="20"/>
    </w:rPr>
  </w:style>
  <w:style w:type="character" w:styleId="Odwoanieprzypisudolnego">
    <w:name w:val="footnote reference"/>
    <w:basedOn w:val="Domylnaczcionkaakapitu"/>
    <w:uiPriority w:val="99"/>
    <w:semiHidden/>
    <w:unhideWhenUsed/>
    <w:rsid w:val="00AF49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422</Words>
  <Characters>2538</Characters>
  <Application>Microsoft Office Word</Application>
  <DocSecurity>0</DocSecurity>
  <Lines>21</Lines>
  <Paragraphs>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2955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Sebastian Lewiński</cp:lastModifiedBy>
  <cp:revision>4</cp:revision>
  <cp:lastPrinted>2026-02-16T20:37:00Z</cp:lastPrinted>
  <dcterms:created xsi:type="dcterms:W3CDTF">2013-12-23T23:15:00Z</dcterms:created>
  <dcterms:modified xsi:type="dcterms:W3CDTF">2026-02-18T10:14:00Z</dcterms:modified>
  <cp:category/>
</cp:coreProperties>
</file>